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למידה ולוחות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 השכבות ושלושת המסלולים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לוחות מתאימים לכל 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ההתאמות הניתנות לתלמידי חנ"מ ולעולים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שבעת הבניינים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קוביית צלילי הניקוד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2-3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הלוח מיועד ליסודי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במפת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 השכבות לתלמידי חנ"מ אין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הלוח מיועד לתיכון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במפת ההתאמות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לוח לשכבה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וחט"ב)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(תיכון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(יסודי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(תיכון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(כל השכבות)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הבחירה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שכבת גיל: יסודי, חט"ב או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מסלול: רגיל, חנ"מ או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לוח קוביות מתאים לשכבה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מתחילים לשחק עם הקוביות ולומדים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לכל תלמיד צרכים שונים; התאמות עוזרות להבין ולהשתתף בשווה; דוגמה אחת מהעמוד (כמו מילון חזותי או רמז מדורג)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מסלולים: שכבה x סוג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שבעת הבניינים או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חזותי עם אימוג'ים ומילה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הלוחות מהעמוד על הלוח ולתרגל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חנ"מ מומלץ לצמצם את מספר הפריטים ולוותר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המשימה הפתוחה לדיון קצר בכיתה על חשיבות ההכלה וההתאמות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למידה ולוחות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'בחרו מסלול' יש תשעה מסלולי למידה: שלוש שכבות גיל (יסודי, חט"ב, תיכון) כפול שלושה סוגי התאמה (רגיל, חנ"מ, עולים חדשים). לכל שכבה יש לוחות קוביות שונים, חלקם משותפים וחלקם ייחודיים.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 למידה יש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מסמן מסלול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צבע מסמן מסלול עולים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לוח מיועד רק לתיכון?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חלקי הדיבר בקוביה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שבעת הבניינים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 ומשפחת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לוח מיועד רק ליסודי?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קוביית צלילי הניקוד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שטף ודיוק בקריאה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בחנ"מ ביסודי, כמה אפשרויות בחירה יש לכל היותר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הגבלה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'חשבון וכפל בקוביה' מתאים גם לתיכון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בחט"ב, לתלמידי חנ"מ יש רמז מדורג אחרי שני ניסיונות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בתיכון יש שימוש בשעון עצר גם עבור תלמידי חנ"מ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'מילות קישור' מתאים ליסודי ולחט"ב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לעולים חדשים ביסודי יש מילון חזותי עם אימוג'ים ומילים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התלמידים לומדים על שבעת הבניינים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 '__________ ומשפחת מילים' מופיע ביסודי ובחט"ב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מסלול __________ מיועד לתלמידים שהגיעו לאחרונה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ללוח אוצר המילים יש התאמה לעולים הכוללת מילון __________ עם אימוג'ים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בחט"ב, מסלול חנ"מ כולל עיצוב וצבעים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לוח לשכבה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חלקי הדיבר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השכבות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שבעת הבניינים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תיכון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קוביית צלילי הניקוד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תיכון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וחט"ב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בקוביות: דמות, מקום,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יסודי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הבחירה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לוח קוביות מתאים לשכבה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לשחק עם הקוביות ולומדים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שכבת גיל: יסודי, חט"ב או תיכון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מסלול: רגיל, חנ"מ או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שיהיו התאמות שונות לתלמידי חנ"מ ולתלמידים עולים חדשים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מסלולים יש בעמוד ומאילו שני חלקים בנוי כל 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לוח אחד שמתאים רק לתיכון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התאמה אחת שמקבלים עולים חדשים ביסודי?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 למידה ולוחות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