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גלגלו ולמדו – מרכזי למידה עם קוביות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מסלולי למידה ולוחות קוביות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שלוש השכבות ושלושת המסלולים באתר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אילו לוחות מתאימים לכל שכבה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ההתאמות הניתנות לתלמידי חנ"מ ולעולים חדשים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9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כחול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כתום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שבעת הבניינים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קוביית צלילי הניקוד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2-3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הלוח מיועד ליסודי בלבד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במפת ההתאמות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בכל השכבות לתלמידי חנ"מ אין שעון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הלוח מיועד לתיכון בלבד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מצוין במפת ההתאמות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תיכון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עולים חדשים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חזותי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קבועים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לוח לשכבה המתאימה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(יסודי וחט"ב)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(תיכון בלבד)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(יסודי בלבד)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(תיכון בלבד)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(כל השכבות)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הבחירה בעמוד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שכבת גיל: יסודי, חט"ב או תיכון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בוחרים מסלול: רגיל, חנ"מ או עולים חדשים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בוחרים לוח קוביות מתאים לשכבה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מתחילים לשחק עם הקוביות ולומדים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תכלול: לכל תלמיד צרכים שונים; התאמות עוזרות להבין ולהשתתף בשווה; דוגמה אחת מהעמוד (כמו מילון חזותי או רמז מדורג)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תשעה מסלולים: שכבה x סוג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שבעת הבניינים או מילות קישור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מילון חזותי עם אימוג'ים ומילה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טבלת הלוחות מהעמוד על הלוח ולתרגל יחד לפני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 חנ"מ מומלץ לצמצם את מספר הפריטים ולוותר על הסעיפים המסומנים כקשים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לקשר את המשימה הפתוחה לדיון קצר בכיתה על חשיבות ההכלה וההתאמות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גלגלו ולמדו – מרכזי למידה עם קוביות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מסלולי למידה ולוחות קוביות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בעמוד הזה בוחרים שכבת גיל (קטנים, בינוניים, גדולים) וסוג התאמה (רגיל, חנ"מ, עולים חדשים). לכל קבוצה יש משחקי קוביות מתאימים.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מסלול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דרך למידה מותאמת לשכבה ולסוג תלמידים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יסודי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שכבת הגיל הצעירה בבית הספר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חט"ב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חטיבת ביניים, השכבה האמצעית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תיכון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שכבת הגיל הבוגרת בבית הספר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חנ"מ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חינוך מיוחד, התאמות ללמידה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עולים חדשים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תלמידים שהגיעו לאחרונה לארץ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לוח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משחק קוביות בנושא לימודי מסוים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התאמה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שינוי קטן שעוזר ללמידה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מסלולים 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צבע של מסלול רגיל?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כתום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צבע של עולים חדשים?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כתום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לוח שרק גדולים לומדים?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חלקי הדיבר בקוביה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שבעת הבניינים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שורש ומשפחת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סימני פיסוק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לוח שרק קטנים לומדים?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מילות קישור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קוביית צלילי הניקוד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שטף ודיוק בקריאה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מילות 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כמה אפשרויות בחירה לחנ"מ ביסודי?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5-6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2-3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ללא הגבלה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לוח 'חשבון וכפל בקוביה' מתאים גם לתיכון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בחט"ב, לתלמידי חנ"מ יש רמז מדורג אחרי שני ניסיונות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בתיכון יש שימוש בשעון עצר גם עבור תלמידי חנ"מ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לוח 'מילות קישור' מתאים ליסודי ולחט"ב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לעולים חדשים ביסודי יש מילון חזותי עם אימוג'ים ומילים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ב__________ התלמידים לומדים על שבעת הבניינים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לוח '__________ ומשפחת מילים' מופיע ביסודי ובחט"ב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מסלול __________ מיועד לתלמידים שהגיעו לאחרונה לארץ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ללוח אוצר המילים יש התאמה לעולים הכוללת מילון __________ עם אימוג'ים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בחט"ב, מסלול חנ"מ כולל עיצוב וצבעים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לוח לשכבה המתאימה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חלקי הדיבר בקוביה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יסודי בלבד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שבעת הבניינים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כל השכבות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קוביית צלילי הניקוד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תיכון בלבד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מילות קישור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יסודי וחט"ב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סיפור בקוביות: דמות, מקום, בעיה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תיכון בלבד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הבחירה בעמוד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מתחילים לשחק עם הקוביות ולומדים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לוח קוביות מתאים לשכבה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שכבת גיל: יסודי, חט"ב או תיכון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מסלול: רגיל, חנ"מ או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מדוע חשוב שיהיו התאמות שונות לתלמידי חנ"מ ולתלמידים עולים חדשים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מסלולים יש בעמוד ומאילו שני חלקים בנוי כל מסלול?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שם של לוח אחד שמתאים רק לתיכון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התאמה אחת שמקבלים עולים חדשים ביסודי?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מסלולי למידה ולוחות קוביות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