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מסלולי למידה ולוחות 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 השכבות ושלושת המסלולים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אילו לוחות מתאימים לכל שכבה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ההתאמות הניתנות לתלמידי חנ"מ ולעולים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כחול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הלוח מיועד ליסודי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במפת ההתאמות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בכל השכבות לתלמידי חנ"מ אין שעון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לוח לשכבה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(יסודי וחט"ב)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(תיכון בלבד)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(יסודי בלבד)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(תיכון בלבד)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הבחירה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שכבת גיל: יסודי, חט"ב או 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מסלול: רגיל, חנ"מ או עולים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לוח קוביות מתאים לשכבה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מתחילים לשחק עם הקוביות ולומדים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לכל תלמיד צרכים שונים; התאמות עוזרות להבין ולהשתתף בשווה; דוגמה אחת מהעמוד (כמו מילון חזותי או רמז מדורג)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תשעה מסלולים: שכבה x סוג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שבעת הבניינים או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מילון חזותי עם אימוג'ים ומילה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טבלת הלוחות מהעמוד על הלוח ולתרגל יחד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חנ"מ מומלץ לצמצם את מספר הפריטים ולוותר על הסעיפים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המשימה הפתוחה לדיון קצר בכיתה על חשיבות ההכלה וההתאמות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מסלולי למידה ולוחות 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בעמוד 'בחרו מסלול' יש תשעה מסלולי למידה: שלוש שכבות גיל (יסודי, חט"ב, תיכון) כפול שלושה סוגי התאמה (רגיל, חנ"מ, עולים חדשים). לכל שכבה יש לוחות קוביות שונים, חלקם משותפים וחלקם ייחודיים.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שורש  ·  תיכון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מסלולי למידה יש בעמוד?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צבע מסמן מסלול 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כתום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לוח 'חשבון וכפל בקוביה' מתאים גם לתיכון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בחט"ב, לתלמידי חנ"מ יש רמז מדורג אחרי שני ניסיונות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בתיכון יש שימוש בשעון עצר גם עבור תלמידי חנ"מ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ב__________ התלמידים לומדים על שבעת הבניינים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לוח '__________ ומשפחת מילים' מופיע ביסודי ובחט"ב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לוח לשכבה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חלקי הדיבר בקוביה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תיכון בלבד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שבעת הבניינים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יסודי בלבד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קוביית צלילי הניקוד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יסודי וחט"ב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מילות קישור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תיכון בלבד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הבחירה בעמוד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מתחילים לשחק עם הקוביות ולומדים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לוח קוביות מתאים לשכבה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מסלול: רגיל, חנ"מ או עולים חדשים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שכבת גיל: יסודי, חט"ב או תיכון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מדוע חשוב שיהיו התאמות שונות לתלמידי חנ"מ ולתלמידים עולים חדשים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מסלולים יש בעמוד ומאילו שני חלקים בנוי כל מסלול?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של לוח אחד שמתאים רק לתיכון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מסלולי למידה ולוחות קוביות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